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מילים השייכות למשפחת מילים לבין מילים שאינן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מכתש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שוק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(מגדל)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של מסגרת הוא ס.ג.ר ולא ס.פ.ר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השורשים בעברית בנויים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השורש של שמש הוא ש.מ.ש ולא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מהשורש ס.פ.ר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יצירת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גדול, הגדיל, גידול - כל תשובה עם השורש הנכון מתקבלת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שבו מופיעה מילה מהשורש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בדרך כלל שלוש אותיות שחוזרות בכל מילה באותה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עם השורש כ.ת.ב כמו מכתב, כותב,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השורש של מסגרת הוא ס.ג.ר ולא ס.פ.ר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שורש על הלוח ולבקש מהתלמידים להציע מילים מאותו שורש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שמילים עם צליל דומה לא בהכרח שייכות לאותו שורש, כמו שמש ושמר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אפשר לתת רק את חלקי מי לא שייך ואת ההתאמה, בלי המשימה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במילה יש שורש. השורש הוא שלוש אותיות שחוזרות בכמה מילים. נלמד למצוא מילים עם אותו שורש.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בכל מילה באותה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שנבנו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קטן שמרכיב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שלומד, מהשורש 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שומרים הרבה 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צורת מילה לפי זמן או 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שונה מהשאר?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ס.פ.ר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כ.ת.ב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ל.מ.ד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ש.מ.ר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ג.ד.ל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אמא שלי אוהבת לקרוא __________ מעניין.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דני לומד בבית ספר והוא __________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בוקר אני כותב __________ לחבר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השוטר עומד ב__________ ושומר על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העץ הקטן __________ וגדל מהר.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במשפחת מילים חייבות להיות עם 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מסגרת שייכת למשפחת המילים של 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יכול להיות מורכב משלוש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שמש שייכת למשפחת המילים של שמר.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ספרייה וסופר שייכות לאותו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יצירת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מהשורש ג.ד.ל.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שורש אחד מהדף וכתבו משפט עם מילה מאותו שורש.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ששייכת למשפחת המילים של כתב.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המילה מסגרת לא שייכת למשפחת המילים של 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