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השייכות למשפחת מילים לבין מילים שאינן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(תלמיד)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של מסגרת הוא ס.ג.ר ולא ס.פ.ר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יצירת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גדול, הגדיל, גידול - כל תשובה עם השורש הנכון מתקבלת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בדרך כלל שלוש אותיות שחוזרות בכל מילה באותה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השורש כ.ת.ב כמו מכתב, כותב,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השורש של מסגרת הוא ס.ג.ר ולא ס.פ.ר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שורש על הלוח ולבקש מהתלמידים להציע מילים מאותו שורש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שמילים עם צליל דומה לא בהכרח שייכות לאותו שורש, כמו שמש ושמר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לתת רק את חלקי מי לא שייך ואת ההתאמה, בלי המשימה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מילה בעברית יש שורש - בדרך כלל שלוש אותיות שחוזרות בכל המילים מאותה משפחה. בדף הזה נתרגל לזהות שורשים ולמצוא מילים שלא שייכות למשפחה.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ספר  ·  תלמיד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לא שייכת למשפחת המילים: ספר, סופר, ספרייה, מסגרת?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לא שייכת למשפחת המילים: למד, תלמיד, מלמד, מלאכה?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לא שייכת למשפחת המילים: שמר, שומר, משמר, 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ס.פ.ר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כ.ת.ב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ל.מ.ד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אמא שלי אוהבת לקרוא __________ מעניין.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דני לומד בבית ספר והוא __________ טוב.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המילים במשפחת מילים חייבות להיות עם 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מסגרת שייכת למשפחת המילים של 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יצירת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נוספות מהשורש ג.ד.ל.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ששייכת למשפחת המילים של כתב.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